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מאמן מש״ה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״הגינה של הכיתה״ · מילון · שורש · הקשר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🎈 יסודי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פותרים מילים חדשות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איזה כלי עזר?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משפחות שורשים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לפענח מילים חדשות בטקסט בעזרת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לבחור את הכלי המתאים לכל מילה ולבדוק את הפירוש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משפחות מילים מאותו שורש – ולהבחין במילים ״מתחזות״.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״מאמן מש״ה״ ופותרים מילה אחת יחד.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את הטקסט, מפענחים, ומסמנים איזה כלי עזר.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משפחות שורשים ומשפט אישי;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יסודי. כל הפריטים, שאלות פתוחות ושאלת חשיבה.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חלקים א׳–ב׳: הפירוש, הכלי המומלץ והשורש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1327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הכלי המומלץ</w:t>
            </w:r>
          </w:p>
        </w:tc>
        <w:tc>
          <w:tcPr>
            <w:tcW w:type="dxa" w:w="1225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2041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פירוש</w:t>
            </w:r>
          </w:p>
        </w:tc>
        <w:tc>
          <w:tcPr>
            <w:tcW w:type="dxa" w:w="4388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למה?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שתילים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ש־ת־ל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צמחים קטנים ששותלים באדמה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שתלנו → ש־ת־ל: שתיל הוא צמח צעיר ששותלים.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השקו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ש־ק־ה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נתנו מים לצמחים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השורש ש־ק־ה כמו משקה – נותנים לשתות.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נבולים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נ־ב־ל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יבשים וחלשים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״ומקומטים״ ו״השמש חזקה מדי״ – רמזים שמשהו לא טוב קרה לעלים.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סוכך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ס־כ־ך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גג קטן מבד שנותן צל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״כדי שיהיה צל״ – הרמז שבא אחרי המילה. ובשורש – כמו סוכה וסכך!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הזדקפו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🌳 שורש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ז־ק־ף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התיישרו ועמדו ישר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השורש ז־ק־ף כמו ״זקוף״ – עומד ישר. (ד׳ באה במקום ת׳.)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יבול</w:t>
            </w:r>
          </w:p>
        </w:tc>
        <w:tc>
          <w:tcPr>
            <w:tcW w:type="dxa" w:w="132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🧩 הקשר</w:t>
            </w:r>
          </w:p>
        </w:tc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י־ב־ל</w:t>
            </w:r>
          </w:p>
        </w:tc>
        <w:tc>
          <w:tcPr>
            <w:tcW w:type="dxa" w:w="204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מה שגדל ונקטף בגינה</w:t>
            </w:r>
          </w:p>
        </w:tc>
        <w:tc>
          <w:tcPr>
            <w:tcW w:type="dxa" w:w="438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״קטפנו את העגבניות״ – חגגנו את מה שקטפנו.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בחלק ב׳ מקבלים גם כלי אחר אם התלמיד/ה מנמק/ת – המטרה היא לבחור כלי מתאים ולבדוק את הפירוש במשפט.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חלק ג׳: משפחות שורשים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כ־ת־ב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מכתב, כתובת, כתבה, תכתובת. מתחזות: כתף (כ־ת־ף), כתום (כ־ת־ם). משמעות משותפת: כתיבה.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ש־מ־ר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שומר, שמירה, משמרת, משמר. מתחזות: שמש (ש־מ־ש), שמן (ש־מ־ן). משמעות משותפת: שמירה, הגנה.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ח־ב־ר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בני המשפחה: חבר, מחברת, חיבור, התחברות. מתחזות: רחוב (ר־ח־ב), חבל (ח־ב־ל). משמעות משותפת: חיבור, יחד.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מאמן מש״ה · יסודי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פותרים מילים חדשות בטקסט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הטקסט. המילים המודגשות הן מילים חדשות – נפענח אותן בעזרת מש״ה.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🌱 הגינה של הכיתה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בתחילת השנה קיבלה הכיתה שלנו פינה קטנה בחצר. שתלנו בה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שתילים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של עגבניות ונענע. בכל בוקר תורנים ותורניות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השקו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את הערוגה. אחרי שבוע ראינו שהעלים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נבולים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ומקומטים. המורה הסבירה שהשמש חזקה מדי, ובנינו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סוכך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מבד ישן כדי שיהיה צל. לאט לאט העלים 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הזדקפו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והתחילו לגדול. בסוף החודש קטפנו את העגבניות הראשונות וחגגנו את ה</w:t>
                  </w:r>
                  <w:r>
                    <w:rPr>
                      <w:rFonts w:ascii="Arial" w:hAnsi="Arial" w:cs="Arial" w:eastAsia="Arial"/>
                      <w:b/>
                      <w:sz w:val="23"/>
                      <w:bCs/>
                      <w:szCs w:val="23"/>
                      <w:rtl w:val="1"/>
                      <w:shd w:val="clear" w:color="auto" w:fill="FFF1A8"/>
                    </w:rPr>
                    <w:t>יבול</w:t>
                  </w: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 xml:space="preserve"> שלנו.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הכלי: מ / ש / ה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רמז מהמשפט או השורש</w:t>
                  </w:r>
                </w:p>
              </w:tc>
              <w:tc>
                <w:tcPr>
                  <w:tcW w:type="dxa" w:w="2551"/>
                  <w:shd w:val="clear" w:color="auto" w:fill="FBD3E0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הפירוש שלי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שתילים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השקו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נבולים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סוכך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הזדקפו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  <w:shd w:val="clear" w:color="auto" w:fill="FFF1A8"/>
                    </w:rPr>
                    <w:t>יבול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איזה כלי עזר?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מילה: איזה כלי עזר הכי הרבה? הקיפו. אם יש שורש – כתבו אותו.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שתילים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השקו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נבולים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סוכך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5.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הזדקפו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6.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יבול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📖 מילון     ◯ 🌳 שורש     ◯ 🧩 הקשר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שתילים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השקו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נבולים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סוכך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הזדקפו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יבול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משפחות שורשים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משפחות שורשים: בכל שורה יש מילים מהמשפחה ומילים ״מתחזות״. הקיפו רק את בני המשפחה.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כ־ת־ב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כתובת   ◯ כתבה   ◯ כתום   ◯ כתף   ◯ תכתובת   ◯ מכתב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ש־מ־ר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שמש   ◯ שמן   ◯ שומר   ◯ משמרת   ◯ שמירה   ◯ משמר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🌳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ח־ב־ר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:   ◯ חבר   ◯ התחברות   ◯ רחוב   ◯ מחברת   ◯ חבל   ◯ חיבור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המשמעות המשותפת של המשפחה: 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✍️ כתבו משפט משלכם עם שתיים מהמילים החדשות מהטקסט.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היום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שהכי עזר לי: ◯ 📖 מילון   ◯ 🌳 שורש   ◯ 🧩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מאמן מש״ה · יסודי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מאמן מש״ה · יסודי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